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קובעים את התפקיד של מילה לפי המשפט ולא לפי צורתה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עשירים עם שלושת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מוסיפים ה הידיעה או אומרים זה/זאת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אחרי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רעיונות ורגשות הם סוג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התואר בא אחרי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שלושה חלקי דיבר נכונים ומתאימים זה לזה במין ובמספר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הפועל: הרטיב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התיקון: הכוסות השבורות -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נכונות מכל סוג, מתאימות זו לזו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תלמידים לבדוק פועל על ידי העברת המשפט לאתמול ולמחר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מבחן ה הידיעה ואת מבחן איזה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ולבדוק התאמה במין ובמספר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זיהוי של שם עצם, שם תואר ופועל, ונבדוק איך המבחנים (ה הידיעה, זה/זאת, איזה, זמן) עוזרים לנו לדעת מה תפקיד כל מילה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מהיר  ·  שחינו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בודקים כדי לזהות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שואלים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מוסיפים ה הידיעה או אומרים זה/זאת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מעבירים לזמן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איזו שאלה עונה בעיקר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בדרך כלל בא שם התואר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רגש כמו שמחה הוא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בא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ה__________ רץ מהר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אתמול אנחנו __________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שם עצם, שם תואר ופועל, וסמנו כל מילה בצבע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הפועל במשפט: הגשם הרטיב את הכביסה?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תקנו: הכוסות השבורים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