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קובעים את התפקיד של מילה לפי המשפט ולא לפי צורתה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משפטים עשירים עם שלושת חלקי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מוסיפים ה הידיעה או אומרים זה/זאת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אחרי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יש לו זמן - עבר, הווה או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רעיונות ורגשות הם סוג של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התואר בא אחרי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הבית הגדול - שתי המילים מיודעות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בודקים לפי הזמנים ולא לפי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מקום הוא אחד הסוגים של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(שם עצם (רגש))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(שם עצם (מקום))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כולל שלושה חלקי דיבר נכונים ומתאימים זה לזה במין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ארבעה משפטים שלמים עם סימון נכון של שלושת חלקי הדיבר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הפועל: הרטיב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התיקון: הכוסות השבורות - התאמה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מילים נכונות מכל סוג, מתאימות זו לזו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לעודד תלמידים לבדוק פועל על ידי העברת המשפט לאתמול ולמחר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מבחן ה הידיעה ואת מבחן איזה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ולבדוק התאמה במין ובמספר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להכיר שלוש מילים חשובות: שם עצם, שם תואר ופועל. נתרגל איך לזהות כל אחת מהן במשפט.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אדם, חיה, דבר, מקום או רגש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שם העצם נראה, מרגיש או נשמע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שמספרת מה עושים או מה קורה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עבר, הווה או עתיד של הפועל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 הידיעה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 בתחילת מילה שאומרת שמדובר בדבר מוכר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זכר או 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 או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הפועל שמתחילה באות ל, כמו לכתוב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בודקים אם מילה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ה הידיעה או אומרים זה/זאת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מעבירים לזמן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מה עושה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שואלים כדי למצוא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שם תואר בא לפני שם העצם או אחריו?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בסוף המשפט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מיוחד בפועל?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לו זמן - עבר, הווה או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לו ה הידיעה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מתחיל באות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מתאים בצבע לשם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שם הפועל מתחיל באיזו 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תפקיד המילה שומרת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פרטי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רגש כמו שמחה הוא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בא לפני שם העצם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ה הידיעה גם לשם עצם וגם לשם תואר כשהם מיודעים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הראשונה של מילה קובעת אם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יכול להיות גם מקום, כמו עיר או כפר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ה__________ רץ מהר בפארק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אתמול אנחנו __________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__________ ישן בחדר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מחר הם __________ 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שם הפועל של המילה כותב הוא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עצם (רגש)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עצם (מקום)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שם עצם, שם תואר ופועל, וסמנו כל מילה בצבע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4 משפטים על החדר שלכם, וסמנו בצבעים שונים שמות עצם, שמות תואר ופעלים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הפועל במשפט: הגשם הרטיב את הכביסה?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תקנו: הכוסות השבורים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עצם אחד, שם תואר מתאים ופועל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