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קובעים את התפקיד של מילה לפי המשפט ולא לפי צורתה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עשירים עם שלושת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מוסיפים ה הידיעה או אומרים זה/זאת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יש לו זמן - עבר, הווה או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רעיונות ורגשות הם סוג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התואר בא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הבית הגדול - שתי המילים מיודעות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בודקים לפי הזמנים ולא לפי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מקום הוא אחד הסוגים של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עצם (רגש))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(שם עצם (מקום))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שלושה חלקי דיבר נכונים ומתאימים זה לזה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ארבעה משפטים שלמים עם סימון נכון של שלושת חלקי הדיבר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הפועל: הרטיב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התיקון: הכוסות השבורות -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נכונות מכל סוג, מתאימות זו לזו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תלמידים לבדוק פועל על ידי העברת המשפט לאתמול ולמחר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מבחן ה הידיעה ואת מבחן איזה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ולבדוק התאמה במין ובמספר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זיהוי של שם עצם, שם תואר ופועל, ונבדוק איך המבחנים (ה הידיעה, זה/זאת, איזה, זמן) עוזרים לנו לדעת מה תפקיד כל מילה במשפט.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כדי לזהות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ה הידיעה או אומרים זה/זאת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מעבירים לזמן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מה עושה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איזו שאלה עונה בעיקר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בדרך כלל בא שם התואר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בסוף המשפט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מבדיל פועל משאר חלקי הדיבר?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לו זמן - עבר, הווה או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לו ה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מתחיל באות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מתאים בצבע לשם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אות מתחיל 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במשפט "היא שומרת על הכלב" המילה שומרת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פרטי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רגש כמו שמחה הוא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 הידיעה גם לשם עצם וגם לשם תואר כשהם מיודעים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של מילה קובעת אם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גם מקום, כמו עיר או 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ה__________ רץ מהר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אתמול אנחנו __________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ישן בחדר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מחר הם __________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הפועל של המילה כותב הוא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 (רגש)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עצם (מקום)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עצם, שם תואר ופועל, וסמנו כל מילה בצבע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4 משפטים על החדר שלכם, וסמנו בצבעים שונים שמות עצם, שמות תואר ופעלים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הפועל במשפט: הגשם הרטיב את הכביסה?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הכוסות השבורים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עצם אחד, שם תואר מתאים ופועל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